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Analysis Peer Review Checklist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Deliver resource</w:t>
      </w:r>
    </w:p>
    <w:p>
      <w:pPr>
        <w:spacing w:after="120"/>
        <w:widowControl/>
      </w:pPr>
      <w:r>
        <w:t>Use this before publication to give a reviewer a clear, repeatable way to challenge the work.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Question and scope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Do the analysis and deliverable answer the agreed question?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Data lineage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Can sources and transformations be traced?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Definitions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Are metrics, filters, grain, dates, and units clear?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Method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Is the method appropriate and applied correctly?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Reproducibility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Can a key result be repeated from the evidence?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Reasoning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Are claims supported and alternatives considered?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Limitations and ethics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Are uncertainty, bias, privacy, and possible harm addressed?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Communication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Are the conclusion and next action clear?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Reviewer records issues, severity, and evidence   ☐ Author documents corrections   ☐ Material disagreements go to the accountable owner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Peer Review Checklist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