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Analysis Plan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to connect the business question to the data, method, tests, deliverables, and schedule.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Primary question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exact question will the analysis answer?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Supporting questions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smaller questions must be answered first?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Data needed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Sources, fields, time period, grain, and access owner.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Method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Descriptive, diagnostic, predictive, or prescriptive approach.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Quality checks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must be tested before findings are trusted?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Deliverables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will be produced and for whom?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Milestones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Key dates, reviews, and dependencies.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Acceptance criteria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must be true for the work to be considered complete?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Prefer the simplest valid method   ☐ Link each task to a question   ☐ Review the plan with the sponsor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Plan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